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코레일로지스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www.koraillogis.com  ·  진단 ID 8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https://www.koraillogis.com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www.koraillogis.com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01:02:06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93일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11건의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