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Threeway CMS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new.threeway.co.kr  ·  진단 ID 7  ·  보고서 생성 2026-11-03 15:44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https://new.threeway.co.kr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new.threeway.co.kr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정밀 진단 (Deep Scan · 서버+소스)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2026-09-02 00:53:24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183개 (평가 171 · 확인불가 12)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C2570B"/>
          <w:sz w:val="88"/>
        </w:rPr>
        <w:t>74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C2570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C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3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8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7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9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74/100(C등급)입니다. 기본 통신 보안은 적용되어 있으나 여러 개선 항목이 확인되었습니다. 특히 우선순위가 높은 11개 문제를 먼저 조치하는 것을 권장합니다. 본 결과는 외부 공개정보 기반 비파괴 진단이며, 공개 스캔으로 확인 불가한 12개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취약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91점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환경 (정밀)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81점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13/13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소스코드 (정밀)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취약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SRC-001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하드코딩된 Secret/자격증명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발견 2건 — index.php:9 일반 API/Secret Key(3d4***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A04:2025 · CWE-798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SRC-004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SQL Injection 위험 패턴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1곳: index.php:3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A03:2025 · CWE-89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SRC-002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의존성 알려진 취약점(SCA)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express 4.16.0(CVE 3건, 최고 7.5); jquery 1.12.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A06:2025 · CWE-1035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SRC-003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명령 실행 위험 함수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1곳: index.php:6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A03:2025 · CWE-78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SRV-008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호스트 방화벽 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방화벽 상태: inactive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A05:2025 · CWE-284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SRC-009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저장소 내 .env/환경 설정 파일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.env (3개 값: DB_PASSWORD, APP_DEBUG, AWS_KEY.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A04:2025 · CWE-538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SRC-005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XSS 위험 패턴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1곳: index.php:5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A03:2025 · CWE-79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74점(C) → 우선 3건 조치 후 100점(A)  (+26점)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84점 · 양호 (평가 14/15)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4개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없음(메일 미사용 추정)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응답 불일치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IPv6(AAAA) 있음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55점 · 취약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평문 HTTP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81일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EC 256bit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99점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X-Powered-By: PHP/8.4.25, PleskLin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45건의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91점 · 매우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SAMEORIGIN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strict-origin-when-cross-origin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구형 X-XSS-Protection: 1; mode=block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31개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미지정(현재 호스트 한정)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1개(관찰)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twcms_session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99점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cloudflare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 8.4.25, PleskLin(85%)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3.6.0(95%)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PHP 8.4.25, PleskLin, jQuery 3.6.0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확인된 기술의 지원종료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NVD 조회 결과 영향 CVE 없음 (jQuery 3.6.0)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3.6.0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0곳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95점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0건,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96점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99점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2개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2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1곳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분류됨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서버 환경 (정밀) — 81점 · 양호 (평가 13/13)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SRV-001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운영체제 지원(EOL) 상태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ubuntu 26.04 (지원 중)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A06:2025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SRV-002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OS·커널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OS ubuntu 26.04 / Kernel 7.0.0-30-generic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SRV-003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업데이트 대기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대기 중인 보안 업데이트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A06:2025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SRV-004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버전 알려진 취약점(CVE)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nginx 1.30.4: NVD 영향 CVE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A06:2025 · CWE-1035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SRV-005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런타임(PHP/Node/Python) 지원 상태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지원 중: php 8.5.4, python 3.14.4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A06:2025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SRV-006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데이터베이스 포트 외부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DB 포트 외부 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A05:2025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SRV-007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노출 서비스 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바인딩 포트 17개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A05:2025 · CWE-1327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SRV-008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호스트 방화벽 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방화벽 상태: inactive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A05:2025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SRV-009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SSH 안전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키 인증 전용 (PasswordAuthentication=no, PermitRootLogin=prohibit-password)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A07:2025 · CWE-309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SRV-010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웹루트 world-writable 파일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world-writable 파일 0개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A05:2025 · CWE-732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SRV-011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컨테이너 위험 설정(privileged)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컨테이너 4개, privileged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A05:2025 · CWE-250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SRV-012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시간 동기화(NTP)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NTP 동기화: 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A09:2025 · CWE-778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SRV-013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디스크 사용률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루트 디스크 사용률 71%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CWE-400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소스코드 (정밀) — 0점 · 취약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SRC-001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하드코딩된 Secret/자격증명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발견 2건 — index.php:9 일반 API/Secret Key(3d4******************n4"); .env:3 AWS Access Key(AKI**************PLE)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A04:2025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SRC-009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저장소 내 .env/환경 설정 파일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.env (3개 값: DB_PASSWORD, APP_DEBUG, AWS_KEY...)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A04:2025 · CWE-538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SRC-003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명령 실행 위험 함수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1곳: index.php:6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A03:2025 · CWE-78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SRC-004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SQL Injection 위험 패턴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1곳: index.php:3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A03:2025 · CWE-89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SRC-005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XSS 위험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1곳: index.php:5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A03:2025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SRC-006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안전하지 않은 역직렬화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1곳: index.php:7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A08:2025 · CWE-502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SRC-007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해시로 비밀번호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1곳: index.php:8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A02:2025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SRC-008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모드 흔적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1곳: .env:1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A05:2025 · CWE-489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SRC-002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의존성 알려진 취약점(SCA)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express 4.16.0(CVE 3건, 최고 7.5); jquery 1.12.4(CVE 4건, 최고 6.9)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A06:2025 · CWE-1035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SRC-010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SBOM 구성요소 명세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SBOM 구성요소 2개 (composer/npm/pip lock 기준)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A06:2025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cloudflare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cloudflare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backend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8.4.25, PleskLin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X-Powered-By: PHP/8.4.25, PleskLin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3.6.0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운영체제 지원(EOL) 상태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A06:2025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환경 (정밀)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업데이트 대기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A06:2025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환경 (정밀)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버전 알려진 취약점(CVE)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A06:2025 · CWE-1035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환경 (정밀)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런타임(PHP/Node/Python) 지원 상태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A06:2025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환경 (정밀)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데이터베이스 포트 외부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A05:2025 · CWE-284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환경 (정밀)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SSH 안전 설정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A07:2025 · CWE-309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환경 (정밀)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웹루트 world-writable 파일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A05:2025 · CWE-732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환경 (정밀)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컨테이너 위험 설정(privileged)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A05:2025 · CWE-250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환경 (정밀)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시간 동기화(NTP)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A09:2025 · CWE-778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환경 (정밀)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디스크 사용률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CWE-400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환경 (정밀)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하드코딩된 Secret/자격증명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A04:2025 · CWE-798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SQL Injection 위험 패턴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A03:2025 · CWE-89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의존성 알려진 취약점(SCA)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A06:2025 · CWE-1035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명령 실행 위험 함수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A03:2025 · CWE-78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호스트 방화벽 활성화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A05:2025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저장소 내 .env/환경 설정 파일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A04:2025 · CWE-538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XSS 위험 패턴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A03:2025 · CWE-79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안전하지 않은 역직렬화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A08:2025 · CWE-502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하드코딩된 Secret/자격증명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코드에서 비밀값을 제거하고 환경변수/Vault로 이전한 뒤, 노출된 키는 폐기·재발급하세요.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SQL Injection 위험 패턴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문자열 연결 대신 Prepared Statement(바인딩)를 사용하세요.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Cipher를 즉시 제거합니다.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