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www.web2002.co.kr  ·  진단 ID 6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00:19:47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43건의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