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www.web2002.co.kr  ·  진단 ID 4  ·  보고서 생성 2026-11-03 15:43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00:04:30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186일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42건의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6개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