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GitHub · Change is constant. GitHub keeps you ahead. · GitHub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github.com  ·  진단 ID 3  ·  보고서 생성 2026-11-03 15:43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https://github.com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github.com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2026-09-01 23:54:19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154 · 확인불가 6)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92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6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5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92/100(A등급)입니다.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6개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13/15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92점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unsafe-inline 사용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92점(A) → 우선 3건 조치 후 100점(A)  (+8점)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policy=quarantine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8개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89일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EC 256bit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80건의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95점 · 매우 양호 (평가 25/25)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unsafe-inline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unsafe-eval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object-src 미제한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base-uri 제한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frame-ancestors 제한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max-age=31536000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deny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origin-when-cross-origin, strict-origin-when-cross-origin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6개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_gh_sess, _octo, logged_in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있음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Contact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95점 · 매우 양호 (평가 13/15)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버전이 확인된 대상 기술 없음(CVE 매칭 불가)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미검출/버전불명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9개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100점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0건,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1건,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92점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94점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9개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26개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26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github.com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github.githubassets.com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nonce/hash 방식으로 inline script 의존을 줄입니다.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