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jinsungeng.kr  ·  진단 ID 22  ·  보고서 생성 2026-11-03 15:58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https://jinsungeng.kr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2026-09-14 05:43:37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149 · 확인불가 11)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91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91/100(A등급)입니다.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11개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91점(A) → 우선 3건 조치 후 100점(A)  (+9점)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93점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99일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96점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5건의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4/4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79점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1건,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1.11.1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지원되는 버전으로 업그레이드 계획을 수립합니다.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