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진성이엔지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jinsungeng.kr  ·  진단 ID 21  ·  보고서 생성 2026-11-03 15:43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https://jinsungeng.kr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jinsungeng.kr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2026-09-14 05:43:21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31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149 · 확인불가 11)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21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15803D"/>
          <w:sz w:val="88"/>
        </w:rPr>
        <w:t>91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15803D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A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2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10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91/100(A등급)입니다. 기본적인 보안 설정은 대체로 갖추어져 있습니다. 특히 우선순위가 높은 2개 문제를 먼저 조치하는 것을 권장합니다. 본 결과는 외부 공개정보 기반 비파괴 진단이며, 공개 스캔으로 확인 불가한 11개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93점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85점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82점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79점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91점(A) → 우선 3건 조치 후 100점(A)  (+9점)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93점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있음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정책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모두 정상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95점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HTTPS(443)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301/308 강제전환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유효·신뢰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만료 99일 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TLS1.0 비활성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TLS1.1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TLS1.2/1.3 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TLS1.3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미지원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테스트 불가(클라이언트 미지원)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테스트 불가(클라이언트 미지원)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미지원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체인 완전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서명 알고리즘 sha256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RSA 2048bit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폐기 상태 확인 불가(OCSP 미수집)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혼합 콘텐츠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96점 · 매우 양호 (평가 19/20)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허용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미명시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요청 5건의 Referer에 민감 query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85점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클릭재킹 방어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31개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82점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누락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누락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미지정(현재 호스트 한정)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1개(관찰)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99점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유효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평문 4/4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79점 · 보통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추정: jQuery 1.11.1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1.11.1: CVE 4건(최고 MEDIUM 6.9, 예: CVE-2020-11023)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1.11.1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99점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개발/스테이징 URL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debug 출력 1건,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런타임 오류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항목 3건, 민감정보 징후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항목 0건, 민감정보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100점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action https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 폼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 경로 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주석 민감정보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95점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0개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SRI 적용/외부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1곳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1.11.1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wcs.pstatic.net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HTTPS에서만 전송되도록 Secure를 적용합니다.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지원되는 버전으로 업그레이드 계획을 수립합니다.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레코드를 추가하고 단계적으로 정책을 강화합니다.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